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32"/>
        </w:rPr>
        <w:t>Smernica č. 1 / 2016</w:t>
      </w:r>
    </w:p>
    <w:p>
      <w:pPr>
        <w:jc w:val="center"/>
      </w:pPr>
      <w:r>
        <w:rPr>
          <w:b/>
          <w:i/>
          <w:sz w:val="32"/>
        </w:rPr>
        <w:t>Disciplinárny poriadok SAZPŠ</w:t>
      </w:r>
    </w:p>
    <w:p/>
    <w:p/>
    <w:p/>
    <w:p/>
    <w:p/>
    <w:p>
      <w:pPr>
        <w:jc w:val="center"/>
      </w:pPr>
      <w:r>
        <w:t>schválená Predsedníctvom SAZPŠ 11.4.2016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Obsah</w:t>
      </w:r>
    </w:p>
    <w:p>
      <w:r>
        <w:t>PRVÁ ČASŤ — VŠEOBECNÉ USTANOVENIA</w:t>
      </w:r>
    </w:p>
    <w:p>
      <w:r>
        <w:t xml:space="preserve">  Čl. 1 Predmet úpravy</w:t>
      </w:r>
    </w:p>
    <w:p>
      <w:r>
        <w:t xml:space="preserve">  Čl. 2 Disciplinárna komisia SAZPŠ</w:t>
      </w:r>
    </w:p>
    <w:p>
      <w:r>
        <w:t xml:space="preserve">  Čl. 3 Disciplinárny priestupok</w:t>
      </w:r>
    </w:p>
    <w:p>
      <w:r>
        <w:t xml:space="preserve">  Čl. 4 Disciplinárne opatrenia</w:t>
      </w:r>
    </w:p>
    <w:p>
      <w:r>
        <w:t>DRUHÁ ČASŤ — DISCIPLINÁRNE KONANIE</w:t>
      </w:r>
    </w:p>
    <w:p>
      <w:r>
        <w:t xml:space="preserve">  Čl. 5 Návrh na začatie disciplinárneho konania</w:t>
      </w:r>
    </w:p>
    <w:p>
      <w:r>
        <w:t xml:space="preserve">  Čl. 6 Odmietnutie návrhu na začatie disciplinárneho konania</w:t>
      </w:r>
    </w:p>
    <w:p>
      <w:r>
        <w:t xml:space="preserve">  Čl. 7 Konanie pred Disciplinárnou komisiou SAZPŠ</w:t>
      </w:r>
    </w:p>
    <w:p>
      <w:r>
        <w:t xml:space="preserve">  Čl. 8 Zastavenie disciplinárneho konania</w:t>
      </w:r>
    </w:p>
    <w:p>
      <w:r>
        <w:t xml:space="preserve">  Čl. 9 Rozhodnutie o uložení disciplinárneho opatrenia</w:t>
      </w:r>
    </w:p>
    <w:p>
      <w:r>
        <w:t xml:space="preserve">  Čl. 10 Preskúmanie rozhodnutia o uložení disciplinárneho opatrenia</w:t>
      </w:r>
    </w:p>
    <w:p>
      <w:r>
        <w:t>TRETIA ČASŤ — PRÁVOPLATNOSŤ DISCIPLINÁRNEHO OPATRENIA</w:t>
      </w:r>
    </w:p>
    <w:p>
      <w:r>
        <w:t xml:space="preserve">  Čl. 11 Právoplatnosť rozhodnutia</w:t>
      </w:r>
    </w:p>
    <w:p>
      <w:r>
        <w:t xml:space="preserve">  Čl. 12 Doručovanie</w:t>
      </w:r>
    </w:p>
    <w:p>
      <w:r>
        <w:t>ŠTVRTÁ ČASŤ — PRECHODNÉ A ZÁVEREČNÉ USTANOVENIA</w:t>
      </w:r>
    </w:p>
    <w:p>
      <w:r>
        <w:t xml:space="preserve">  Čl. 13 Prechodné a záverečné ustanovenia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PRVÁ ČASŤ</w:t>
      </w:r>
    </w:p>
    <w:p>
      <w:pPr>
        <w:jc w:val="center"/>
      </w:pPr>
      <w:r>
        <w:rPr>
          <w:b/>
          <w:sz w:val="26"/>
        </w:rPr>
        <w:t>VŠEOBECNÉ USTANOVENIA</w:t>
      </w:r>
    </w:p>
    <w:p>
      <w:pPr>
        <w:jc w:val="center"/>
      </w:pPr>
      <w:r>
        <w:rPr>
          <w:b/>
          <w:sz w:val="24"/>
        </w:rPr>
        <w:t>Čl. 1 — Predmet úpravy</w:t>
      </w:r>
    </w:p>
    <w:p>
      <w:r>
        <w:t>Disciplinárny poriadok Slovenskej asociácie zrakovo postihnutých športovcov (ďalej len „SAZPŠ") upravuje postavenie a činnosť Disciplinárnej komisie SAZPŠ, druhy disciplinárnych priestupkov, spôsob ich prerokovávania, postup pri ukladaní disciplinárnych opatrení, preskúmanie a právoplatnosť disciplinárneho opatrenia.</w:t>
      </w:r>
    </w:p>
    <w:p>
      <w:pPr>
        <w:jc w:val="center"/>
      </w:pPr>
      <w:r>
        <w:rPr>
          <w:b/>
          <w:sz w:val="24"/>
        </w:rPr>
        <w:t>Čl. 2 — Disciplinárna komisia SAZPŠ</w:t>
      </w:r>
    </w:p>
    <w:p>
      <w:r>
        <w:t>(1) Disciplinárna komisia SAZPŠ prerokováva disciplinárne priestupky členov SAZPŠ a zároveň aj o nich rozhoduje.</w:t>
      </w:r>
    </w:p>
    <w:p>
      <w:r>
        <w:t>(2) Disciplinárna komisia SAZPŠ je štvorčlenná. Predsedu a ďalších členov Disciplinárnej komisie vymenúva a odvoláva predseda SAZPŠ z členov jednotlivých klubov. V prípade neprítomnosti predsedu Disciplinárnej komisie ho zastupuje ním poverený člen disciplinárnej komisie.</w:t>
      </w:r>
    </w:p>
    <w:p>
      <w:r>
        <w:t>(3) Členstvo v Disciplinárnej komisii SAZPŠ členovi zaniká:</w:t>
      </w:r>
    </w:p>
    <w:p>
      <w:r>
        <w:t xml:space="preserve">    a) uplynutím funkčného obdobia,</w:t>
      </w:r>
    </w:p>
    <w:p>
      <w:r>
        <w:t xml:space="preserve">    b) písomným vzdaním sa členstva,</w:t>
      </w:r>
    </w:p>
    <w:p>
      <w:r>
        <w:t xml:space="preserve">    c) dňom skončenia členstva v SAZPŠ,</w:t>
      </w:r>
    </w:p>
    <w:p>
      <w:r>
        <w:t xml:space="preserve">    d) odvolaním,</w:t>
      </w:r>
    </w:p>
    <w:p>
      <w:r>
        <w:t xml:space="preserve">    e) smrťou člena.</w:t>
      </w:r>
    </w:p>
    <w:p>
      <w:r>
        <w:t>(4) Funkčné obdobie členov Disciplinárnej komisie SAZPŠ je štvorročné. Tá istá osoba môže byť vymenovaná za člena Disciplinárnej komisie SAZPŠ aj opakovane.</w:t>
      </w:r>
    </w:p>
    <w:p>
      <w:r>
        <w:t>(6) Administratívno-technické úkony spojené s činnosťou Disciplinárnej komisie SAZPŠ vykonáva sekretárka SAZPŠ, ktorá sa zúčastňuje zasadania Disciplinárnej komisie SAZPŠ bez práva hlasovať.</w:t>
      </w:r>
    </w:p>
    <w:p>
      <w:pPr>
        <w:jc w:val="center"/>
      </w:pPr>
      <w:r>
        <w:rPr>
          <w:b/>
          <w:sz w:val="24"/>
        </w:rPr>
        <w:t>Čl. 3 — Disciplinárny priestupok</w:t>
      </w:r>
    </w:p>
    <w:p>
      <w:r>
        <w:t>(1) Disciplinárny priestupok je zavinené porušenie všeobecne záväzných právnych predpisov a vnútorných predpisov SAZPŠ.</w:t>
      </w:r>
    </w:p>
    <w:p>
      <w:r>
        <w:t>(2) Disciplinárny priestupok môže byť podľa miery zavinenia spáchaný z nedbanlivosti alebo úmyselne.</w:t>
      </w:r>
    </w:p>
    <w:p>
      <w:r>
        <w:t>(3) Disciplinárny priestupok je spáchaný z nedbanlivosti, ak člen SAZPŠ:</w:t>
      </w:r>
    </w:p>
    <w:p>
      <w:r>
        <w:t xml:space="preserve">    a) vedel, že svojím konaním môže spôsobiť porušenie predpisu uvedeného v odseku 1, ale bez primeraných dôvodov sa spoliehal na to, že sa tak nestane,</w:t>
      </w:r>
    </w:p>
    <w:p>
      <w:r>
        <w:t xml:space="preserve">    b) nevedel, že môže svojím konaním spôsobiť porušenie predpisu uvedeného v odseku 1, hoci to vzhľadom na okolnosti a na svoje osobné pomery vedieť mal a mohol.</w:t>
      </w:r>
    </w:p>
    <w:p>
      <w:r>
        <w:t>(4) Disciplinárny priestupok je spáchaný úmyselne, ak člen SAZPŠ:</w:t>
      </w:r>
    </w:p>
    <w:p>
      <w:r>
        <w:t xml:space="preserve">    a) chcel svojím konaním spôsobiť porušenie predpisu uvedeného v odseku 1,</w:t>
      </w:r>
    </w:p>
    <w:p>
      <w:r>
        <w:t xml:space="preserve">    b) vedel, že svojím konaním môže porušiť predpis uvedený v odseku 1 pre prípad, že sa tak stane, bol s tým uzrozumený.</w:t>
      </w:r>
    </w:p>
    <w:p>
      <w:r>
        <w:t>(5) Disciplinárnym priestupkom člena SAZPŠ je najmä:</w:t>
      </w:r>
    </w:p>
    <w:p>
      <w:r>
        <w:t xml:space="preserve">    a) porušenie povinností vyplývajúcich z rozhodnutí orgánov SAZPŠ, zo všeobecne záväzných právnych predpisov, vnútorných predpisov SAZPŠ,</w:t>
      </w:r>
    </w:p>
    <w:p>
      <w:r>
        <w:t xml:space="preserve">    b) odmietnutie poskytnutia informácií a skutočností, ktoré majú rozhodujúci vplyv na riadny výkon športovej činnosti alebo ich nepravdivé alebo neúplné uvedenie,</w:t>
      </w:r>
    </w:p>
    <w:p>
      <w:r>
        <w:t xml:space="preserve">    c) požívanie alkoholických nápojov a požívanie iných omamných a návykových látok v rámci športového podujatia,</w:t>
      </w:r>
    </w:p>
    <w:p>
      <w:r>
        <w:t xml:space="preserve">    d) porušenie športových pravidiel, ktoré je člen SAZPŠ povinný dodržiavať,</w:t>
      </w:r>
    </w:p>
    <w:p>
      <w:r>
        <w:t xml:space="preserve">    e) písomnou alebo inou formou podá alebo zverejní nepravdivé alebo neúplné alebo skresľujúce vysvetlenie o činnosti orgánov SAZPŠ alebo ich oznámi písomne alebo ústne alebo uvedie nepravdivý údaj v čestnom vyhlásení o činnosti orgánov SAZPŠ alebo inou formou poškodzuje dobré meno SAZPŠ,</w:t>
      </w:r>
    </w:p>
    <w:p>
      <w:r>
        <w:t xml:space="preserve">    f) porušuje pravidlá športovej etiky, občianskej a ľudskej dôstojnosti a tým znižuje v spoločnosti vážnosť členov alebo zvolených funkcionárov SAZPŠ, menšou mierou neoprávnene zasahuje do práva na ochranu ich osobnosti, občianskej cti a ľudskej dôstojnosti, súkromia a mena a prejavu osobnej povahy,</w:t>
      </w:r>
    </w:p>
    <w:p>
      <w:r>
        <w:t xml:space="preserve">    g) obviňuje členov a funkcionárov SAZPŠ z konania, ktoré nebolo objektívne zistené,</w:t>
      </w:r>
    </w:p>
    <w:p>
      <w:r>
        <w:t xml:space="preserve">    h) závažným spôsobom porušil povinnosti člena SAZPŠ,</w:t>
      </w:r>
    </w:p>
    <w:p>
      <w:r>
        <w:t xml:space="preserve">    i) porušil práva a povinnosti reprezentanta SR,</w:t>
      </w:r>
    </w:p>
    <w:p>
      <w:r>
        <w:t xml:space="preserve">    j) porušil práva a povinnosti reprezentačného trénera SR,</w:t>
      </w:r>
    </w:p>
    <w:p>
      <w:r>
        <w:t xml:space="preserve">    k) porušil práva a povinnosti asistenta reprezentačného trénera SR,</w:t>
      </w:r>
    </w:p>
    <w:p>
      <w:r>
        <w:t xml:space="preserve">    l) aplikoval (použil) doping,</w:t>
      </w:r>
    </w:p>
    <w:p>
      <w:r>
        <w:t xml:space="preserve">    m) nerešpektuje uloženú povinnosť orgánom SAZPŠ alebo rozhodnutie alebo uznesenie orgánov SAZPŠ,</w:t>
      </w:r>
    </w:p>
    <w:p>
      <w:r>
        <w:t xml:space="preserve">    n) úmyselne spôsobil škodu na majetku SAZPŠ alebo na majetku iného subjektu,</w:t>
      </w:r>
    </w:p>
    <w:p>
      <w:r>
        <w:t xml:space="preserve">    o) spôsobenú škodu spáchanú úmyselne alebo z nedbanlivosti odmieta nahradiť,</w:t>
      </w:r>
    </w:p>
    <w:p>
      <w:r>
        <w:t xml:space="preserve">    p) iné závažné porušenie vnútorných predpisov SAZPŠ.</w:t>
      </w:r>
    </w:p>
    <w:p>
      <w:r>
        <w:t>(6) Priestupku sa dopustí klub SAZPŠ, ak:</w:t>
      </w:r>
    </w:p>
    <w:p>
      <w:r>
        <w:t xml:space="preserve">    a) písomnou alebo inou formou podá alebo zverejní nepravdivé alebo neúplné alebo skresľujúce vysvetlenie o činnosti orgánov SAZPŠ alebo uvedie nepravdivý údaj v čestnom vyhlásení o činnosti orgánov SAZPŠ alebo inou formou neprimerane zasahuje do činnosti orgánov SAZPŠ,</w:t>
      </w:r>
    </w:p>
    <w:p>
      <w:r>
        <w:t xml:space="preserve">    b) porušuje pravidlá športovej etiky, občianskej a ľudskej dôstojnosti a tým znižuje v spoločnosti vážnosť členom alebo zvoleným funkcionárom SAZPŠ a menšou mierou neoprávnene zasahuje do práva na ochranu ich osobnosti, občianskej cti a ľudskej dôstojnosti, súkromia, mena a prejavu osobnej povahy,</w:t>
      </w:r>
    </w:p>
    <w:p>
      <w:r>
        <w:t xml:space="preserve">    c) obviňuje členov alebo funkcionárov SAZPŠ z konania, ktoré nebolo objektívne zistené,</w:t>
      </w:r>
    </w:p>
    <w:p>
      <w:r>
        <w:t xml:space="preserve">    d) závažným spôsobom porušil Stanovy SAZPŠ, predpisy alebo smernice SAZPŠ,</w:t>
      </w:r>
    </w:p>
    <w:p>
      <w:r>
        <w:t xml:space="preserve">    e) porušil pravidlá a súťažný poriadok príslušného klubu SAZPŠ pri športových akciách,</w:t>
      </w:r>
    </w:p>
    <w:p>
      <w:r>
        <w:t xml:space="preserve">    f) nerešpektuje uloženú povinnosť orgánom SAZPŠ alebo rozhodnutie alebo uznesenie orgánov SAZPŠ,</w:t>
      </w:r>
    </w:p>
    <w:p>
      <w:r>
        <w:t xml:space="preserve">    g) úmyselne spôsobil škodu na majetku SAZPŠ,</w:t>
      </w:r>
    </w:p>
    <w:p>
      <w:r>
        <w:t xml:space="preserve">    h) spôsobenú škodu spáchanú úmyselne alebo z nedbanlivosti odmieta nahradiť,</w:t>
      </w:r>
    </w:p>
    <w:p>
      <w:r>
        <w:t xml:space="preserve">    i) iné závažné porušenie vnútorných predpisov SAZPŠ.</w:t>
      </w:r>
    </w:p>
    <w:p>
      <w:pPr>
        <w:jc w:val="center"/>
      </w:pPr>
      <w:r>
        <w:rPr>
          <w:b/>
          <w:sz w:val="24"/>
        </w:rPr>
        <w:t>Čl. 4 — Disciplinárne opatrenia</w:t>
      </w:r>
    </w:p>
    <w:p>
      <w:r>
        <w:t>(1) Za disciplinárny priestupok možno uložiť členovi SAZPŠ podľa závažnosti priestupku a miery zavinenia niektoré z týchto disciplinárnych opatrení:</w:t>
      </w:r>
    </w:p>
    <w:p>
      <w:r>
        <w:t xml:space="preserve">    a) pokarhanie,</w:t>
      </w:r>
    </w:p>
    <w:p>
      <w:r>
        <w:t xml:space="preserve">    b) podmienečné vylúčenie z účasti na športových podujatiach,</w:t>
      </w:r>
    </w:p>
    <w:p>
      <w:r>
        <w:t xml:space="preserve">    c) dočasné vylúčenie z účasti na športových podujatiach,</w:t>
      </w:r>
    </w:p>
    <w:p>
      <w:r>
        <w:t xml:space="preserve">    d) trvalé vylúčenie z účasti na športových podujatiach,</w:t>
      </w:r>
    </w:p>
    <w:p>
      <w:r>
        <w:t xml:space="preserve">    e) vylúčenie z členstva v SAZPŠ.</w:t>
      </w:r>
    </w:p>
    <w:p>
      <w:r>
        <w:t>(2) Pri ukladaní disciplinárneho opatrenia sa prihliada na charakter a závažnosť disciplinárneho priestupku, na okolnosti, za ktorých k disciplinárnemu priestupku došlo, na mieru zavinenia, na dôsledky disciplinárneho priestupku, ako aj na doterajšie správanie člena SAZPŠ. Závažnosť disciplinárneho priestupku a mieru zavinenia posúdi Disciplinárna komisia SAZPŠ v priebehu disciplinárneho konania.</w:t>
      </w:r>
    </w:p>
    <w:p>
      <w:r>
        <w:t>(3) Disciplinárne opatrenie podľa odseku 1 písm. a) (pokarhanie) možno spravidla uložiť členovi SAZPŠ za menej závažný disciplinárny priestupok alebo disciplinárny priestupok spáchaný z nedbanlivosti.</w:t>
      </w:r>
    </w:p>
    <w:p>
      <w:r>
        <w:t>(4) Pri ukladaní disciplinárneho opatrenia podľa odseku 1 písm. b) (podmienečné vylúčenie z účasti na športových podujatiach) sa v rozhodnutí stanoví doba a podmienky, pri dodržaní ktorých bude podmienečné vylúčenie zrušené. Prihliada sa pritom k závažnosti disciplinárneho priestupku. Dĺžka podmienečného odkladu vylúčenia z účasti na športových podujatiach je najmenej šesť mesiacov a najviac jeden rok (ďalej len „skúšobná doba"). Skúšobná doba začne plynúť dňom nasledujúcim po dni nadobudnutia právoplatnosti rozhodnutia o uložení disciplinárneho opatrenia.</w:t>
      </w:r>
    </w:p>
    <w:p>
      <w:r>
        <w:t>(5) Predseda disciplinárnej komisie SAZPŠ a ním poverené osoby dohliadajú na plnenie podmienok stanovených v rozhodnutí o podmienečnom vylúčení, pri dodržaní ktorých bude podmienečné vylúčenie z účasti na športových podujatiach zrušené. Podmienky môžu spočívať napríklad v dohode nahradiť v skúšobnej dobe spôsobenú škodu, osobne alebo verejne sa ospravedlniť poškodenému, zdržať sa nejakého konania a pod.</w:t>
      </w:r>
    </w:p>
    <w:p>
      <w:r>
        <w:t>(6) Ak člen SAZPŠ dodržal podmienky rozhodnutia o podmienečnom vylúčení počas celej skúšobnej doby a osvedčil sa, predseda disciplinárnej komisie SAZPŠ rozhodnutím zruší podmienečné vylúčenie. Ak člen SAZPŠ nedodržal podmienky, predseda disciplinárnej komisie SAZPŠ vydá rozhodnutie, ktorým zruší podmienečné vylúčenie a súčasne rozhodne o trvalom vylúčení z účasti na športových podujatiach. Ak predseda disciplinárnej komisie SAZPŠ do 30 dní od uplynutia skúšobnej doby nerozhodne, má sa za to, že sa člen SAZPŠ osvedčil a podmienečné vylúčenie bolo zrušené.</w:t>
      </w:r>
    </w:p>
    <w:p>
      <w:r>
        <w:t>(7) Ak sa člen SAZPŠ pred uplynutím skúšobnej doby dopustí ďalšieho disciplinárneho priestupku, spravidla je mu uložené disciplinárne opatrenie podľa odseku 1 písm. d), ak tak rozhodne Disciplinárna komisia SAZPŠ. Rozhodnutie o uložení disciplinárneho opatrenia podľa odseku 1 písm. d) obsahuje súčasne aj zrušenie rozhodnutia o uložení podmienečného vylúčenia z účasti na športových podujatiach.</w:t>
      </w:r>
    </w:p>
    <w:p>
      <w:r>
        <w:t>(8) Disciplinárne opatrenie podľa odseku 1 písm. d) (trvalé vylúčenie z účasti na športových podujatiach) možno členovi SAZPŠ uložiť najmä, ak:</w:t>
      </w:r>
    </w:p>
    <w:p>
      <w:r>
        <w:t xml:space="preserve">    a) úmyselne spáchal závažný disciplinárny priestupok,</w:t>
      </w:r>
    </w:p>
    <w:p>
      <w:r>
        <w:t xml:space="preserve">    b) v priebehu jedného kalendárneho roka opakovane spáchal disciplinárny priestupok, za ktorý mu bolo uložené niektoré z disciplinárnych opatrení, s výnimkou pokarhania,</w:t>
      </w:r>
    </w:p>
    <w:p>
      <w:r>
        <w:t xml:space="preserve">    c) počas plynutia lehoty podmienečného vylúčenia z účasti na športových podujatiach spáchal ďalší disciplinárny priestupok,</w:t>
      </w:r>
    </w:p>
    <w:p>
      <w:r>
        <w:t xml:space="preserve">    d) spáchal disciplinárny priestupok podľa čl. 3 ods. 5 písm. b), c), e),</w:t>
      </w:r>
    </w:p>
    <w:p>
      <w:r>
        <w:t xml:space="preserve">    e) bol právoplatne odsúdený za úmyselný trestný čin.</w:t>
      </w:r>
    </w:p>
    <w:p>
      <w:r>
        <w:t>(9) Disciplinárne opatrenie podľa odseku 1 písm. e) (vylúčenie z členstva v SAZPŠ) možno členovi SAZPŠ uložiť z obdobných dôvodov uvedených v čl. 4 ods. 8.</w:t>
      </w:r>
    </w:p>
    <w:p>
      <w:r>
        <w:t>(10) Disciplinárny priestupok je premlčaný, ak od jeho spáchania uplynul viac ako jeden rok. Po uplynutí tejto doby nie je možné začať disciplinárne konanie.</w:t>
      </w:r>
    </w:p>
    <w:p>
      <w:pPr>
        <w:jc w:val="center"/>
      </w:pPr>
      <w:r>
        <w:rPr>
          <w:b/>
          <w:sz w:val="26"/>
        </w:rPr>
        <w:t>DRUHÁ ČASŤ</w:t>
      </w:r>
    </w:p>
    <w:p>
      <w:pPr>
        <w:jc w:val="center"/>
      </w:pPr>
      <w:r>
        <w:rPr>
          <w:b/>
          <w:sz w:val="26"/>
        </w:rPr>
        <w:t>DISCIPLINÁRNE KONANIE</w:t>
      </w:r>
    </w:p>
    <w:p>
      <w:pPr>
        <w:jc w:val="center"/>
      </w:pPr>
      <w:r>
        <w:rPr>
          <w:b/>
          <w:sz w:val="24"/>
        </w:rPr>
        <w:t>Čl. 5 — Návrh na začatie disciplinárneho konania</w:t>
      </w:r>
    </w:p>
    <w:p>
      <w:r>
        <w:t>(1) Disciplinárna komisia SAZPŠ začne disciplinárne konanie na návrh, ktorý predkladá Športová komisia SAZPŠ. Doručením návrhu na začatie disciplinárneho konania predsedovi Disciplinárnej komisie SAZPŠ sa začína disciplinárne konanie.</w:t>
      </w:r>
    </w:p>
    <w:p>
      <w:r>
        <w:t>(2) Podnet na podanie návrhu na začatie konania môže podať disciplinárnej komisii SAZPŠ každý, kto sa dozvedel o konaní člena SAZPŠ, ktoré môže mať charakter disciplinárneho priestupku. Výkonný výbor SAZPŠ môže podať návrh na disciplinárne konanie aj bez podnetu od inej osoby.</w:t>
      </w:r>
    </w:p>
    <w:p>
      <w:r>
        <w:t>(3) Návrh a s výnimkou písm. e) aj podnet na začatie disciplinárneho konania musí byť písomný a musí obsahovať:</w:t>
      </w:r>
    </w:p>
    <w:p>
      <w:r>
        <w:t xml:space="preserve">    a) označenie člena SAZPŠ, ktorý mal disciplinárny priestupok spáchať,</w:t>
      </w:r>
    </w:p>
    <w:p>
      <w:r>
        <w:t xml:space="preserve">    b) presný popis skutku člena SAZPŠ, ktorý sa považuje za disciplinárny priestupok, s označením príslušných ustanovení predpisov, ktoré boli porušené vrátane uvedenia času a miesta, kde mal byť disciplinárny priestupok spáchaný,</w:t>
      </w:r>
    </w:p>
    <w:p>
      <w:r>
        <w:t xml:space="preserve">    c) dôkazy, o ktoré sa návrh opiera,</w:t>
      </w:r>
    </w:p>
    <w:p>
      <w:r>
        <w:t xml:space="preserve">    d) zdôvodnenie, prečo sa konanie považuje za disciplinárny priestupok,</w:t>
      </w:r>
    </w:p>
    <w:p>
      <w:r>
        <w:t xml:space="preserve">    e) návrh, aké disciplinárne opatrenie má byť členovi SAZPŠ uložené.</w:t>
      </w:r>
    </w:p>
    <w:p>
      <w:r>
        <w:t>(4) Prílohou návrhu na začatie disciplinárneho konania je aj písomné vyjadrenie člena SAZPŠ, pokiaľ ho tento člen predloží disciplinárnej komisii SAZPŠ na základe výzvy jej predsedu a to ním v stanovenej lehote, ktorá musí byť v trvaní najmenej 7 kalendárnych dní.</w:t>
      </w:r>
    </w:p>
    <w:p>
      <w:pPr>
        <w:jc w:val="center"/>
      </w:pPr>
      <w:r>
        <w:rPr>
          <w:b/>
          <w:sz w:val="24"/>
        </w:rPr>
        <w:t>Čl. 6 — Odmietnutie návrhu na začatie disciplinárneho konania</w:t>
      </w:r>
    </w:p>
    <w:p>
      <w:r>
        <w:t>(1) Predseda Disciplinárnej komisie SAZPŠ návrh na začatie disciplinárneho konania odmietne, ak návrh nespĺňa náležitosti podľa čl. 5 ods. 3.</w:t>
      </w:r>
    </w:p>
    <w:p>
      <w:r>
        <w:t>(2) Predseda Disciplinárnej komisie SAZPŠ o odmietnutí návrhu bezodkladne informuje členov disciplinárnej komisie SAZPŠ.</w:t>
      </w:r>
    </w:p>
    <w:p>
      <w:pPr>
        <w:jc w:val="center"/>
      </w:pPr>
      <w:r>
        <w:rPr>
          <w:b/>
          <w:sz w:val="24"/>
        </w:rPr>
        <w:t>Čl. 7 — Konanie pred Disciplinárnou komisiou SAZPŠ</w:t>
      </w:r>
    </w:p>
    <w:p>
      <w:r>
        <w:t>(1) Na základe doručeného návrhu na začatie konania Disciplinárna komisia SAZPŠ prerokuje disciplinárny priestupok na svojom zasadnutí, s výnimkou prípadu podľa čl. 6. Konanie o disciplinárnom priestupku pred Disciplinárnou komisiou SAZPŠ je verejné a ústne za prítomnosti člena SAZPŠ, ktorý sa dopustil disciplinárneho priestupku.</w:t>
      </w:r>
    </w:p>
    <w:p>
      <w:r>
        <w:t>(2) Ak sa člen SAZPŠ nedostaví pred disciplinárnu komisiu SAZPŠ bez riadneho ospravedlnenia, možno konať aj bez jeho prítomnosti.</w:t>
      </w:r>
    </w:p>
    <w:p>
      <w:r>
        <w:t>(3) Po prerokovaní disciplinárneho priestupku Disciplinárna komisia SAZPŠ:</w:t>
      </w:r>
    </w:p>
    <w:p>
      <w:r>
        <w:t xml:space="preserve">    a) na základe hlasovania vydá rozhodnutie o uložení disciplinárneho opatrenia,</w:t>
      </w:r>
    </w:p>
    <w:p>
      <w:r>
        <w:t xml:space="preserve">    b) na základe hlasovania zamietne rozhodnutie o uložení disciplinárneho opatrenia a tým zastaví disciplinárne konanie v zmysle čl. 8.</w:t>
      </w:r>
    </w:p>
    <w:p>
      <w:r>
        <w:t>(4) Rozhodnutie podľa ods. 2 predkladá Disciplinárna komisia SAZPŠ prostredníctvom svojho predsedu bez zbytočného odkladu predsedovi SAZPŠ. Súčasťou uznesenia je aj písomný zápis z rokovania, na ktorom sa priestupok prerokoval.</w:t>
      </w:r>
    </w:p>
    <w:p>
      <w:r>
        <w:t>(5) Rozhodnutie o uložení disciplinárneho opatrenia musí obsahovať:</w:t>
      </w:r>
    </w:p>
    <w:p>
      <w:r>
        <w:t xml:space="preserve">    a) zistenie, že bol spáchaný disciplinárny priestupok s uvedením príslušných ustanovení predpisov, ktoré boli spáchaním disciplinárneho priestupku porušené,</w:t>
      </w:r>
    </w:p>
    <w:p>
      <w:r>
        <w:t xml:space="preserve">    b) zistenie, či bol disciplinárny priestupok spáchaný z nedbanlivosti alebo úmyselne,</w:t>
      </w:r>
    </w:p>
    <w:p>
      <w:r>
        <w:t xml:space="preserve">    c) označenie člena SAZPŠ, ktorý disciplinárny priestupok spáchal,</w:t>
      </w:r>
    </w:p>
    <w:p>
      <w:r>
        <w:t xml:space="preserve">    d) disciplinárne opatrenie, ktoré sa ukladá členovi SAZPŠ, ktorý spáchal disciplinárny priestupok a</w:t>
      </w:r>
    </w:p>
    <w:p>
      <w:r>
        <w:t xml:space="preserve">    e) ak je uložené podmienečné vylúčenie z účasti na športových podujatiach, tiež podmienky, pri dodržaní ktorých bude podmienečné vylúčenie z účasti na športových podujatiach zrušené a doby na ich splnenie.</w:t>
      </w:r>
    </w:p>
    <w:p>
      <w:pPr>
        <w:jc w:val="center"/>
      </w:pPr>
      <w:r>
        <w:rPr>
          <w:b/>
          <w:sz w:val="24"/>
        </w:rPr>
        <w:t>Čl. 8 — Zastavenie disciplinárneho konania</w:t>
      </w:r>
    </w:p>
    <w:p>
      <w:r>
        <w:t>(1) Disciplinárna komisia SAZPŠ uznesením zastaví disciplinárne konanie, ak:</w:t>
      </w:r>
    </w:p>
    <w:p>
      <w:r>
        <w:t xml:space="preserve">    a) sa disciplinárny priestupok nestal, alebo prerokovaný skutok člena SAZPŠ nie je disciplinárnym priestupkom,</w:t>
      </w:r>
    </w:p>
    <w:p>
      <w:r>
        <w:t xml:space="preserve">    b) nie je preukázané, že disciplinárny priestupok spáchal člen SAZPŠ, alebo</w:t>
      </w:r>
    </w:p>
    <w:p>
      <w:r>
        <w:t xml:space="preserve">    c) ten, kto disciplinárny priestupok podľa návrhu na disciplinárne konanie spáchal, prestal byť členom SAZPŠ.</w:t>
      </w:r>
    </w:p>
    <w:p>
      <w:pPr>
        <w:jc w:val="center"/>
      </w:pPr>
      <w:r>
        <w:rPr>
          <w:b/>
          <w:sz w:val="24"/>
        </w:rPr>
        <w:t>Čl. 9 — Rozhodnutie o uložení disciplinárneho opatrenia</w:t>
      </w:r>
    </w:p>
    <w:p>
      <w:r>
        <w:t>(1) Disciplinárna komisia SAZPŠ ukladá disciplinárne opatrenie za spáchanie disciplinárneho priestupku podľa čl. 4 ods. 1 rozhodnutím. Disciplinárne opatrenie sa ukladá spravidla do 2 týždňov od doručenia návrhu na uloženie disciplinárneho opatrenia Športovej komisii SAZPŠ.</w:t>
      </w:r>
    </w:p>
    <w:p>
      <w:r>
        <w:t>(2) Disciplinárna komisia SAZPŠ nemôže uložiť prísnejšie disciplinárne opatrenie, ako navrhla Športová komisia SAZPŠ.</w:t>
      </w:r>
    </w:p>
    <w:p>
      <w:r>
        <w:t>(3) Ak ide o menej závažný disciplinárny priestupok a možno predpokladať, že samotné prerokovanie priestupku Disciplinárnou komisiou SAZPŠ povedie k náprave, predseda Disciplinárnej komisie môže rozhodnúť, že sa disciplinárne opatrenie neuloží, alebo sa uloží miernejšie disciplinárne opatrenie, ako navrhla Športová komisia SAZPŠ.</w:t>
      </w:r>
    </w:p>
    <w:p>
      <w:r>
        <w:t>(4) Rozhodnutie o uložení disciplinárneho opatrenia musí byť písomné, musí obsahovať výrok, odôvodnenie a poučenie o možnosti podať žiadosť o jeho preskúmanie.</w:t>
      </w:r>
    </w:p>
    <w:p>
      <w:r>
        <w:t>(5) V odôvodnení sa uvádza, ktoré skutočnosti boli podkladom na rozhodnutie, akým spôsobom boli hodnotené dôkazy a ktoré predpisy boli použité pri rozhodovaní.</w:t>
      </w:r>
    </w:p>
    <w:p>
      <w:r>
        <w:t>(6) Poučenie o možnosti podať žiadosť o preskúmanie rozhodnutia obsahuje údaj, v akej lehote a na ktorý orgán možno žiadosť podať a ktorý orgán o žiadosti rozhoduje.</w:t>
      </w:r>
    </w:p>
    <w:p>
      <w:r>
        <w:t>(7) Rozhodnutie o uložení disciplinárneho opatrenia musí byť členovi SAZPŠ doručené do vlastných rúk.</w:t>
      </w:r>
    </w:p>
    <w:p>
      <w:pPr>
        <w:jc w:val="center"/>
      </w:pPr>
      <w:r>
        <w:rPr>
          <w:b/>
          <w:sz w:val="24"/>
        </w:rPr>
        <w:t>Čl. 10 — Preskúmanie rozhodnutia o uložení disciplinárneho opatrenia</w:t>
      </w:r>
    </w:p>
    <w:p>
      <w:r>
        <w:t>(1) Člen, ktorému bolo uložené disciplinárne opatrenie, môže písomne požiadať o preskúmanie rozhodnutia o uložení disciplinárneho opatrenia (ďalej len „rozhodnutie"), a to v lehote do 8 dní odo dňa doručenia rozhodnutia. Žiadosť sa podáva orgánu, ktorý rozhodnutie vydal. Včas podaná žiadosť o preskúmanie rozhodnutia má odkladný účinok.</w:t>
      </w:r>
    </w:p>
    <w:p>
      <w:r>
        <w:t>(2) Ak rozhodnutie o uložení disciplinárneho opatrenia vydala Disciplinárna komisia SAZPŠ v prvom stupni, môže sama žiadosti vyhovieť a rozhodnutie zmeniť alebo zrušiť. Proti rozhodnutiu, ktorým bolo zmenené pôvodné rozhodnutie, je možné podať opätovne žiadosť o jeho preskúmanie.</w:t>
      </w:r>
    </w:p>
    <w:p>
      <w:r>
        <w:t>(3) Ak Disciplinárna komisia SAZPŠ žiadosti nevyhovie, postúpi ju do siedmich pracovných dní na rozhodnutie predsedovi SAZPŠ. So žiadosťou o preskúmanie postúpi predsedovi SAZPŠ celý spisový materiál spolu so správou podľa odseku 4 vrátane vlastného stanoviska k žiadosti o preskúmanie.</w:t>
      </w:r>
    </w:p>
    <w:p>
      <w:r>
        <w:t>(4) Správa obsahuje komplexné výsledky doterajšieho konania, t. j. údaje o všetkých vykonaných úkonoch, dôkazoch a vyšetreniach, stanovisko k včasnosti podania žiadosti, k dodržaniu predpísaných náležitostí žiadosti. Disciplinárna komisia SAZPŠ v správe uvedie svoje stanovisko ku všetkým námietkam žiadateľa spolu s príslušnými dôkazmi a taktiež názor, pokiaľ ide o úplnosť a správnosť zisteného skutkového stavu veci, ako aj právny názor, z ktorého sa v napadnutom rozhodnutí vychádza.</w:t>
      </w:r>
    </w:p>
    <w:p>
      <w:pPr>
        <w:jc w:val="center"/>
      </w:pPr>
      <w:r>
        <w:rPr>
          <w:b/>
          <w:sz w:val="26"/>
        </w:rPr>
        <w:t>TRETIA ČASŤ</w:t>
      </w:r>
    </w:p>
    <w:p>
      <w:pPr>
        <w:jc w:val="center"/>
      </w:pPr>
      <w:r>
        <w:rPr>
          <w:b/>
          <w:sz w:val="26"/>
        </w:rPr>
        <w:t>PRÁVOPLATNOSŤ DISCIPLINÁRNEHO OPATRENIA</w:t>
      </w:r>
    </w:p>
    <w:p>
      <w:pPr>
        <w:jc w:val="center"/>
      </w:pPr>
      <w:r>
        <w:rPr>
          <w:b/>
          <w:sz w:val="24"/>
        </w:rPr>
        <w:t>Čl. 11 — Právoplatnosť rozhodnutia</w:t>
      </w:r>
    </w:p>
    <w:p>
      <w:r>
        <w:t>(1) Rozhodnutie, proti ktorému nemožno podať žiadosť o preskúmanie, je právoplatné.</w:t>
      </w:r>
    </w:p>
    <w:p>
      <w:r>
        <w:t>(2) Prvostupňové rozhodnutie Disciplinárnej komisie SAZPŠ o uložení disciplinárneho opatrenia, proti ktorému člen SAZPŠ nepodal žiadosť o preskúmanie, nadobúda právoplatnosť dňom márneho uplynutia osemdňovej lehoty podľa čl. 10 ods. 1.</w:t>
      </w:r>
    </w:p>
    <w:p>
      <w:pPr>
        <w:jc w:val="center"/>
      </w:pPr>
      <w:r>
        <w:rPr>
          <w:b/>
          <w:sz w:val="24"/>
        </w:rPr>
        <w:t>Čl. 12 — Doručovanie</w:t>
      </w:r>
    </w:p>
    <w:p>
      <w:r>
        <w:t>(1) Rozhodnutie o uložení disciplinárneho opatrenia a rozhodnutie o žiadosti o preskúmanie rozhodnutia o uložení disciplinárneho opatrenia musí byť členovi SAZPŠ doručené do vlastných rúk, spravidla poštou na adresu trvalého pobytu. Rozhodnutie môže byť členovi SAZPŠ doručené do vlastných rúk aj osobne.</w:t>
      </w:r>
    </w:p>
    <w:p>
      <w:r>
        <w:t>(2) Rozhodnutie môže prevziať osoba, ktorá sa preukáže splnomocnením na preberanie zásielok namiesto adresáta, v súlade s príslušnými poštovými predpismi.</w:t>
      </w:r>
    </w:p>
    <w:p>
      <w:r>
        <w:t>(3) Ak adresát odmietne zásielku s rozhodnutím prevziať, deň odopretia prevzatia zásielky sa považuje za deň jej doručenia.</w:t>
      </w:r>
    </w:p>
    <w:p>
      <w:r>
        <w:t>(4) Ak adresát neprevezme zásielku s rozhodnutím ani v úložnej dobe 18 dní na pošte a zásielka sa vráti späť odosielateľovi s poznámkou „adresát nezastihnutý", rozhodnutie bude členovi SAZPŠ opakovane doručené. Ak ani druhýkrát nebude možné zásielku doručiť, deň opätovného vrátenia zásielky poštou odosielateľovi je považovaný za deň doručenia rozhodnutia.</w:t>
      </w:r>
    </w:p>
    <w:p>
      <w:r>
        <w:t>(5) Ak adresát zásielku s rozhodnutím neprevezme na ním uvedenej adrese ani v úložnej dobe 18 dní na pošte a zásielka sa vráti späť odosielateľovi s poznámkou „adresát neznámy" alebo „adresát na uvedenej adrese nebýva", deň vrátenia zásielky odosielateľovi sa považuje za deň doručenia.</w:t>
      </w:r>
    </w:p>
    <w:p>
      <w:pPr>
        <w:jc w:val="center"/>
      </w:pPr>
      <w:r>
        <w:rPr>
          <w:b/>
          <w:sz w:val="26"/>
        </w:rPr>
        <w:t>ŠTVRTÁ ČASŤ</w:t>
      </w:r>
    </w:p>
    <w:p>
      <w:pPr>
        <w:jc w:val="center"/>
      </w:pPr>
      <w:r>
        <w:rPr>
          <w:b/>
          <w:sz w:val="26"/>
        </w:rPr>
        <w:t>PRECHODNÉ A ZÁVEREČNÉ USTANOVENIA</w:t>
      </w:r>
    </w:p>
    <w:p>
      <w:pPr>
        <w:jc w:val="center"/>
      </w:pPr>
      <w:r>
        <w:rPr>
          <w:b/>
          <w:sz w:val="24"/>
        </w:rPr>
        <w:t>Čl. 13 — Prechodné a záverečné ustanovenia</w:t>
      </w:r>
    </w:p>
    <w:p>
      <w:r>
        <w:t>(1) Rušia sa všetky ustanovenia iných predpisov, ktoré odporujú tomuto „Disciplinárnemu poriadku".</w:t>
      </w:r>
    </w:p>
    <w:p>
      <w:r>
        <w:t>(2) Tento disciplinárny poriadok nadobúda platnosť a účinnosť dňom jeho schválenia Valným zhromaždením SAZPŠ.</w:t>
      </w:r>
    </w:p>
    <w:p/>
    <w:p/>
    <w:p>
      <w:pPr>
        <w:jc w:val="right"/>
      </w:pPr>
      <w:r>
        <w:t>............................................</w:t>
      </w:r>
    </w:p>
    <w:p>
      <w:pPr>
        <w:jc w:val="right"/>
      </w:pPr>
      <w:r>
        <w:t>Mgr. Pavol Valent</w:t>
      </w:r>
    </w:p>
    <w:p>
      <w:pPr>
        <w:jc w:val="right"/>
      </w:pPr>
      <w:r>
        <w:t>predseda SAZPŠ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Príloha — Program mimoriadneho Valného zhromaždenia SAZPŠ</w:t>
      </w:r>
    </w:p>
    <w:p>
      <w:r>
        <w:t>Slovenská asociácia zrakovo postihnutých športovcov</w:t>
      </w:r>
    </w:p>
    <w:p>
      <w:r>
        <w:t>Cementárenská 16, 974 01 Banská Bystrica, Slovenská republika</w:t>
      </w:r>
    </w:p>
    <w:p>
      <w:r>
        <w:t>mobil: +421 905 779 999, e-mail: sazps@sazps.sk, web: www.sazps.sk</w:t>
      </w:r>
    </w:p>
    <w:p>
      <w:r>
        <w:t>IČO: 30 841 798, DIČ: 2020675459, IBAN: SK9583300000002100769190</w:t>
      </w:r>
    </w:p>
    <w:p/>
    <w:p>
      <w:pPr>
        <w:jc w:val="center"/>
      </w:pPr>
      <w:r>
        <w:t>konaného v dňoch 16.–17.4.2016 (sobota – nedeľa) od 10.30 hod.</w:t>
      </w:r>
    </w:p>
    <w:p>
      <w:pPr>
        <w:jc w:val="center"/>
      </w:pPr>
      <w:r>
        <w:t>v budove Spojenej školy, Kremnička 10, Banská Bystrica</w:t>
      </w:r>
    </w:p>
    <w:p/>
    <w:p>
      <w:r>
        <w:rPr>
          <w:b/>
        </w:rPr>
        <w:t>Program 16. apríla 2016 – sobota</w:t>
      </w:r>
    </w:p>
    <w:p>
      <w:r>
        <w:t>1. 10:30 – 11:00 prezentácia</w:t>
      </w:r>
    </w:p>
    <w:p>
      <w:r>
        <w:t>2. 11:00 hod. – zahájenie a privítanie</w:t>
      </w:r>
    </w:p>
    <w:p>
      <w:r>
        <w:t>3. Schválenie programu, rokovacieho a volebného poriadku</w:t>
      </w:r>
    </w:p>
    <w:p>
      <w:r>
        <w:t>4. Voľba pracovného predsedníctva, mandátovej a volebnej komisie</w:t>
      </w:r>
    </w:p>
    <w:p>
      <w:r>
        <w:t>6. Voľba návrhovej komisie, skrutátorov, zapisovateľa a overovateľov zápisnice</w:t>
      </w:r>
    </w:p>
    <w:p>
      <w:r>
        <w:t>7. Správa mandátovej komisie</w:t>
      </w:r>
    </w:p>
    <w:p>
      <w:r>
        <w:t xml:space="preserve">    12:30 – 13:00 obed</w:t>
      </w:r>
    </w:p>
    <w:p>
      <w:r>
        <w:t>8. Správa o činnosti od posledného VZ – predseda</w:t>
      </w:r>
    </w:p>
    <w:p>
      <w:r>
        <w:t xml:space="preserve">    15:00 – 15:15 prestávka</w:t>
      </w:r>
    </w:p>
    <w:p>
      <w:r>
        <w:t>9. Doplnenie platných stanov</w:t>
      </w:r>
    </w:p>
    <w:p>
      <w:r>
        <w:t>10. Kontrola splnenia Uznesení z predsedníctva SAZPŠ č. 1/16</w:t>
      </w:r>
    </w:p>
    <w:p>
      <w:r>
        <w:t>11. Návrh nového disciplinárneho poriadku – doc. JUDr. Margita Prokeinová PhD.</w:t>
      </w:r>
    </w:p>
    <w:p>
      <w:r>
        <w:t>12. Rôzne</w:t>
      </w:r>
    </w:p>
    <w:p>
      <w:r>
        <w:t>13. Diskusia</w:t>
      </w:r>
    </w:p>
    <w:p>
      <w:r>
        <w:t xml:space="preserve">    18:30 – 19:00 večera</w:t>
      </w:r>
    </w:p>
    <w:p>
      <w:r>
        <w:t>14. Schvaľovanie upravených uznesení z diskusných príspevkov</w:t>
      </w:r>
    </w:p>
    <w:p>
      <w:r>
        <w:t>15. Návrh uznesenia Mimoriadneho VZ SAZPŠ – predseda návrhovej komisie prednesie návrh uznesenia</w:t>
      </w:r>
    </w:p>
    <w:p>
      <w:r>
        <w:t>16. Záver rokovania Mimoriadneho VZ</w:t>
      </w:r>
    </w:p>
    <w:p/>
    <w:p>
      <w:r>
        <w:rPr>
          <w:b/>
        </w:rPr>
        <w:t>Program 17. apríla – nedeľa</w:t>
      </w:r>
    </w:p>
    <w:p>
      <w:r>
        <w:t>1. 08:00 – 08:30 raňajky</w:t>
      </w:r>
    </w:p>
    <w:p>
      <w:r>
        <w:t>2. 09:00 – Ukončenie zasadnutia – odvoz na nádražie</w:t>
      </w:r>
    </w:p>
    <w:p/>
    <w:p>
      <w:pPr>
        <w:jc w:val="right"/>
      </w:pPr>
      <w:r>
        <w:t>Mgr. Pavol Valent</w:t>
      </w:r>
    </w:p>
    <w:p>
      <w:pPr>
        <w:jc w:val="right"/>
      </w:pPr>
      <w:r>
        <w:t>predseda SAZPŠ</w:t>
      </w:r>
    </w:p>
    <w:sectPr w:rsidR="00FC693F" w:rsidRPr="0006063C" w:rsidSect="00034616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